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7CE14" w14:textId="77777777" w:rsidR="003F7A8A" w:rsidRPr="00FA2F42" w:rsidRDefault="005F2B59">
      <w:pPr>
        <w:jc w:val="center"/>
        <w:rPr>
          <w:rFonts w:ascii="BIZ UDPゴシック" w:eastAsia="BIZ UDPゴシック" w:hAnsi="BIZ UDPゴシック"/>
          <w:lang w:eastAsia="ja-JP"/>
        </w:rPr>
      </w:pPr>
      <w:r w:rsidRPr="00FA2F42">
        <w:rPr>
          <w:rFonts w:ascii="BIZ UDPゴシック" w:eastAsia="BIZ UDPゴシック" w:hAnsi="BIZ UDPゴシック"/>
          <w:b/>
          <w:sz w:val="28"/>
          <w:lang w:eastAsia="ja-JP"/>
        </w:rPr>
        <w:t>令和8年度第2回職場適応援助者養成研修等修了者サポート研修</w:t>
      </w:r>
    </w:p>
    <w:p w14:paraId="1EE9AC1C" w14:textId="77777777" w:rsidR="003F7A8A" w:rsidRPr="00FA2F42" w:rsidRDefault="005F2B59">
      <w:pPr>
        <w:jc w:val="center"/>
        <w:rPr>
          <w:rFonts w:ascii="BIZ UDPゴシック" w:eastAsia="BIZ UDPゴシック" w:hAnsi="BIZ UDPゴシック"/>
          <w:lang w:eastAsia="ja-JP"/>
        </w:rPr>
      </w:pPr>
      <w:r w:rsidRPr="00FA2F42">
        <w:rPr>
          <w:rFonts w:ascii="BIZ UDPゴシック" w:eastAsia="BIZ UDPゴシック" w:hAnsi="BIZ UDPゴシック"/>
          <w:b/>
          <w:lang w:eastAsia="ja-JP"/>
        </w:rPr>
        <w:t>アンケート（訪問型ジョブコーチ）</w:t>
      </w:r>
    </w:p>
    <w:p w14:paraId="057C75A8" w14:textId="0B0808F6"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t>所属：____________________　　　氏名：____________________</w:t>
      </w:r>
    </w:p>
    <w:p w14:paraId="12BA6C73" w14:textId="77777777"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t>① ジョブコーチ支援において障害者雇用の質の向上に向けて取り組んだ事例があれば教えて下さい。</w:t>
      </w:r>
    </w:p>
    <w:p w14:paraId="68477973" w14:textId="2141051D" w:rsidR="00570747" w:rsidRPr="005F2B59" w:rsidRDefault="005F2B59">
      <w:pPr>
        <w:rPr>
          <w:rFonts w:ascii="BIZ UDPゴシック" w:eastAsia="BIZ UDPゴシック" w:hAnsi="BIZ UDPゴシック"/>
          <w:sz w:val="21"/>
          <w:szCs w:val="21"/>
          <w:lang w:eastAsia="ja-JP"/>
        </w:rPr>
      </w:pPr>
      <w:r w:rsidRPr="005F2B59">
        <w:rPr>
          <w:rFonts w:ascii="BIZ UDPゴシック" w:eastAsia="BIZ UDPゴシック" w:hAnsi="BIZ UDPゴシック"/>
          <w:sz w:val="21"/>
          <w:szCs w:val="21"/>
          <w:lang w:eastAsia="ja-JP"/>
        </w:rPr>
        <w:t>【例】</w:t>
      </w:r>
      <w:r w:rsidR="00F66BD1" w:rsidRPr="005F2B59">
        <w:rPr>
          <w:rFonts w:ascii="BIZ UDPゴシック" w:eastAsia="BIZ UDPゴシック" w:hAnsi="BIZ UDPゴシック" w:hint="eastAsia"/>
          <w:sz w:val="21"/>
          <w:szCs w:val="21"/>
          <w:lang w:eastAsia="ja-JP"/>
        </w:rPr>
        <w:t>本人の作業の質やスピードの向上</w:t>
      </w:r>
      <w:r w:rsidR="00386F7F" w:rsidRPr="005F2B59">
        <w:rPr>
          <w:rFonts w:ascii="BIZ UDPゴシック" w:eastAsia="BIZ UDPゴシック" w:hAnsi="BIZ UDPゴシック" w:hint="eastAsia"/>
          <w:sz w:val="21"/>
          <w:szCs w:val="21"/>
          <w:lang w:eastAsia="ja-JP"/>
        </w:rPr>
        <w:t>が求められ</w:t>
      </w:r>
      <w:r w:rsidR="00793CAD" w:rsidRPr="005F2B59">
        <w:rPr>
          <w:rFonts w:ascii="BIZ UDPゴシック" w:eastAsia="BIZ UDPゴシック" w:hAnsi="BIZ UDPゴシック" w:hint="eastAsia"/>
          <w:sz w:val="21"/>
          <w:szCs w:val="21"/>
          <w:lang w:eastAsia="ja-JP"/>
        </w:rPr>
        <w:t>、対応した事例。</w:t>
      </w:r>
    </w:p>
    <w:tbl>
      <w:tblPr>
        <w:tblStyle w:val="afe"/>
        <w:tblW w:w="0" w:type="auto"/>
        <w:tblLook w:val="04A0" w:firstRow="1" w:lastRow="0" w:firstColumn="1" w:lastColumn="0" w:noHBand="0" w:noVBand="1"/>
      </w:tblPr>
      <w:tblGrid>
        <w:gridCol w:w="8630"/>
      </w:tblGrid>
      <w:tr w:rsidR="003F7A8A" w:rsidRPr="00FA2F42" w14:paraId="2631DAB3" w14:textId="77777777">
        <w:tc>
          <w:tcPr>
            <w:tcW w:w="8640" w:type="dxa"/>
          </w:tcPr>
          <w:p w14:paraId="50B40BB4" w14:textId="77777777"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p>
        </w:tc>
      </w:tr>
    </w:tbl>
    <w:p w14:paraId="619FC47D" w14:textId="77777777" w:rsidR="003F7A8A" w:rsidRPr="00FA2F42" w:rsidRDefault="003F7A8A">
      <w:pPr>
        <w:rPr>
          <w:rFonts w:ascii="BIZ UDPゴシック" w:eastAsia="BIZ UDPゴシック" w:hAnsi="BIZ UDPゴシック"/>
          <w:lang w:eastAsia="ja-JP"/>
        </w:rPr>
      </w:pPr>
    </w:p>
    <w:p w14:paraId="4941E9D8" w14:textId="77777777"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t>② ①で記載いただいた支援における課題、工夫されたポイントがあれば教えて下さい。</w:t>
      </w:r>
    </w:p>
    <w:p w14:paraId="241C720F" w14:textId="3CE65049" w:rsidR="003F7A8A" w:rsidRPr="005F2B59" w:rsidRDefault="005F2B59">
      <w:pPr>
        <w:rPr>
          <w:rFonts w:ascii="BIZ UDPゴシック" w:eastAsia="BIZ UDPゴシック" w:hAnsi="BIZ UDPゴシック"/>
          <w:sz w:val="21"/>
          <w:szCs w:val="21"/>
          <w:lang w:eastAsia="ja-JP"/>
        </w:rPr>
      </w:pPr>
      <w:r w:rsidRPr="005F2B59">
        <w:rPr>
          <w:rFonts w:ascii="BIZ UDPゴシック" w:eastAsia="BIZ UDPゴシック" w:hAnsi="BIZ UDPゴシック"/>
          <w:sz w:val="21"/>
          <w:szCs w:val="21"/>
          <w:lang w:eastAsia="ja-JP"/>
        </w:rPr>
        <w:t>【例】</w:t>
      </w:r>
      <w:r w:rsidR="00AF0064" w:rsidRPr="005F2B59">
        <w:rPr>
          <w:rFonts w:ascii="BIZ UDPゴシック" w:eastAsia="BIZ UDPゴシック" w:hAnsi="BIZ UDPゴシック" w:hint="eastAsia"/>
          <w:sz w:val="21"/>
          <w:szCs w:val="21"/>
          <w:lang w:eastAsia="ja-JP"/>
        </w:rPr>
        <w:t>作業状況を確認したところ、</w:t>
      </w:r>
      <w:r w:rsidR="005E3A44" w:rsidRPr="005F2B59">
        <w:rPr>
          <w:rFonts w:ascii="BIZ UDPゴシック" w:eastAsia="BIZ UDPゴシック" w:hAnsi="BIZ UDPゴシック" w:hint="eastAsia"/>
          <w:sz w:val="21"/>
          <w:szCs w:val="21"/>
          <w:lang w:eastAsia="ja-JP"/>
        </w:rPr>
        <w:t>段取りに手間取り、</w:t>
      </w:r>
      <w:r w:rsidR="00AF0064" w:rsidRPr="005F2B59">
        <w:rPr>
          <w:rFonts w:ascii="BIZ UDPゴシック" w:eastAsia="BIZ UDPゴシック" w:hAnsi="BIZ UDPゴシック" w:hint="eastAsia"/>
          <w:sz w:val="21"/>
          <w:szCs w:val="21"/>
          <w:lang w:eastAsia="ja-JP"/>
        </w:rPr>
        <w:t>作業</w:t>
      </w:r>
      <w:r w:rsidR="005E3A44" w:rsidRPr="005F2B59">
        <w:rPr>
          <w:rFonts w:ascii="BIZ UDPゴシック" w:eastAsia="BIZ UDPゴシック" w:hAnsi="BIZ UDPゴシック" w:hint="eastAsia"/>
          <w:sz w:val="21"/>
          <w:szCs w:val="21"/>
          <w:lang w:eastAsia="ja-JP"/>
        </w:rPr>
        <w:t>の</w:t>
      </w:r>
      <w:r w:rsidR="00AF0064" w:rsidRPr="005F2B59">
        <w:rPr>
          <w:rFonts w:ascii="BIZ UDPゴシック" w:eastAsia="BIZ UDPゴシック" w:hAnsi="BIZ UDPゴシック" w:hint="eastAsia"/>
          <w:sz w:val="21"/>
          <w:szCs w:val="21"/>
          <w:lang w:eastAsia="ja-JP"/>
        </w:rPr>
        <w:t>工程</w:t>
      </w:r>
      <w:r w:rsidR="005E3A44" w:rsidRPr="005F2B59">
        <w:rPr>
          <w:rFonts w:ascii="BIZ UDPゴシック" w:eastAsia="BIZ UDPゴシック" w:hAnsi="BIZ UDPゴシック" w:hint="eastAsia"/>
          <w:sz w:val="21"/>
          <w:szCs w:val="21"/>
          <w:lang w:eastAsia="ja-JP"/>
        </w:rPr>
        <w:t>が</w:t>
      </w:r>
      <w:r w:rsidR="00AF0064" w:rsidRPr="005F2B59">
        <w:rPr>
          <w:rFonts w:ascii="BIZ UDPゴシック" w:eastAsia="BIZ UDPゴシック" w:hAnsi="BIZ UDPゴシック" w:hint="eastAsia"/>
          <w:sz w:val="21"/>
          <w:szCs w:val="21"/>
          <w:lang w:eastAsia="ja-JP"/>
        </w:rPr>
        <w:t>漏れ</w:t>
      </w:r>
      <w:r w:rsidR="005E3A44" w:rsidRPr="005F2B59">
        <w:rPr>
          <w:rFonts w:ascii="BIZ UDPゴシック" w:eastAsia="BIZ UDPゴシック" w:hAnsi="BIZ UDPゴシック" w:hint="eastAsia"/>
          <w:sz w:val="21"/>
          <w:szCs w:val="21"/>
          <w:lang w:eastAsia="ja-JP"/>
        </w:rPr>
        <w:t>る</w:t>
      </w:r>
      <w:r w:rsidR="00C43690" w:rsidRPr="005F2B59">
        <w:rPr>
          <w:rFonts w:ascii="BIZ UDPゴシック" w:eastAsia="BIZ UDPゴシック" w:hAnsi="BIZ UDPゴシック" w:hint="eastAsia"/>
          <w:sz w:val="21"/>
          <w:szCs w:val="21"/>
          <w:lang w:eastAsia="ja-JP"/>
        </w:rPr>
        <w:t>課題があることが窺えた。課題改善に向けて、作業状況を確認し、事業所の求める作業レベルも確認したうえで</w:t>
      </w:r>
      <w:r w:rsidR="00AF0064" w:rsidRPr="005F2B59">
        <w:rPr>
          <w:rFonts w:ascii="BIZ UDPゴシック" w:eastAsia="BIZ UDPゴシック" w:hAnsi="BIZ UDPゴシック" w:hint="eastAsia"/>
          <w:sz w:val="21"/>
          <w:szCs w:val="21"/>
          <w:lang w:eastAsia="ja-JP"/>
        </w:rPr>
        <w:t>チェックリストを作成した。</w:t>
      </w:r>
    </w:p>
    <w:tbl>
      <w:tblPr>
        <w:tblStyle w:val="afe"/>
        <w:tblW w:w="0" w:type="auto"/>
        <w:tblLook w:val="04A0" w:firstRow="1" w:lastRow="0" w:firstColumn="1" w:lastColumn="0" w:noHBand="0" w:noVBand="1"/>
      </w:tblPr>
      <w:tblGrid>
        <w:gridCol w:w="8630"/>
      </w:tblGrid>
      <w:tr w:rsidR="003F7A8A" w:rsidRPr="00FA2F42" w14:paraId="100B31B5" w14:textId="77777777">
        <w:tc>
          <w:tcPr>
            <w:tcW w:w="8640" w:type="dxa"/>
          </w:tcPr>
          <w:p w14:paraId="72505CF6" w14:textId="77777777"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p>
        </w:tc>
      </w:tr>
    </w:tbl>
    <w:p w14:paraId="187EB104" w14:textId="77777777" w:rsidR="003F7A8A" w:rsidRPr="00FA2F42" w:rsidRDefault="003F7A8A">
      <w:pPr>
        <w:rPr>
          <w:rFonts w:ascii="BIZ UDPゴシック" w:eastAsia="BIZ UDPゴシック" w:hAnsi="BIZ UDPゴシック"/>
          <w:lang w:eastAsia="ja-JP"/>
        </w:rPr>
      </w:pPr>
    </w:p>
    <w:p w14:paraId="4F59AC23" w14:textId="4C69322A"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t>③ 障害者雇用の質の向上に向けて</w:t>
      </w:r>
      <w:r w:rsidR="00890EE1" w:rsidRPr="00FA2F42">
        <w:rPr>
          <w:rFonts w:ascii="BIZ UDPゴシック" w:eastAsia="BIZ UDPゴシック" w:hAnsi="BIZ UDPゴシック" w:hint="eastAsia"/>
          <w:lang w:eastAsia="ja-JP"/>
        </w:rPr>
        <w:t>利用者支援・事業主支援それぞれにおいて</w:t>
      </w:r>
      <w:r w:rsidR="00890EE1" w:rsidRPr="00FA2F42">
        <w:rPr>
          <w:rFonts w:ascii="BIZ UDPゴシック" w:eastAsia="BIZ UDPゴシック" w:hAnsi="BIZ UDPゴシック"/>
          <w:lang w:eastAsia="ja-JP"/>
        </w:rPr>
        <w:t>今後身に付けたいスキル</w:t>
      </w:r>
      <w:r w:rsidRPr="00FA2F42">
        <w:rPr>
          <w:rFonts w:ascii="BIZ UDPゴシック" w:eastAsia="BIZ UDPゴシック" w:hAnsi="BIZ UDPゴシック"/>
          <w:lang w:eastAsia="ja-JP"/>
        </w:rPr>
        <w:t>などがあれば教えて下さい。</w:t>
      </w:r>
    </w:p>
    <w:p w14:paraId="753BA22B" w14:textId="05F5F4B6" w:rsidR="003F7A8A" w:rsidRPr="005F2B59" w:rsidRDefault="005F2B59">
      <w:pPr>
        <w:rPr>
          <w:rFonts w:ascii="BIZ UDPゴシック" w:eastAsia="BIZ UDPゴシック" w:hAnsi="BIZ UDPゴシック"/>
          <w:sz w:val="21"/>
          <w:szCs w:val="21"/>
          <w:lang w:eastAsia="ja-JP"/>
        </w:rPr>
      </w:pPr>
      <w:r w:rsidRPr="005F2B59">
        <w:rPr>
          <w:rFonts w:ascii="BIZ UDPゴシック" w:eastAsia="BIZ UDPゴシック" w:hAnsi="BIZ UDPゴシック"/>
          <w:sz w:val="21"/>
          <w:szCs w:val="21"/>
          <w:lang w:eastAsia="ja-JP"/>
        </w:rPr>
        <w:t>【例】</w:t>
      </w:r>
    </w:p>
    <w:p w14:paraId="0BC94E86" w14:textId="7CDD30E6" w:rsidR="003F7A8A" w:rsidRPr="005F2B59" w:rsidRDefault="000F007F">
      <w:pPr>
        <w:rPr>
          <w:rFonts w:ascii="BIZ UDPゴシック" w:eastAsia="BIZ UDPゴシック" w:hAnsi="BIZ UDPゴシック"/>
          <w:sz w:val="21"/>
          <w:szCs w:val="21"/>
          <w:lang w:eastAsia="ja-JP"/>
        </w:rPr>
      </w:pPr>
      <w:r w:rsidRPr="005F2B59">
        <w:rPr>
          <w:rFonts w:ascii="BIZ UDPゴシック" w:eastAsia="BIZ UDPゴシック" w:hAnsi="BIZ UDPゴシック" w:hint="eastAsia"/>
          <w:sz w:val="21"/>
          <w:szCs w:val="21"/>
          <w:lang w:eastAsia="ja-JP"/>
        </w:rPr>
        <w:t>利用者支援）</w:t>
      </w:r>
      <w:r w:rsidR="005F2B59" w:rsidRPr="005F2B59">
        <w:rPr>
          <w:rFonts w:ascii="BIZ UDPゴシック" w:eastAsia="BIZ UDPゴシック" w:hAnsi="BIZ UDPゴシック"/>
          <w:sz w:val="21"/>
          <w:szCs w:val="21"/>
          <w:lang w:eastAsia="ja-JP"/>
        </w:rPr>
        <w:t>精神障害・発達障害のある方への支援技法をより深く学びたい。</w:t>
      </w:r>
    </w:p>
    <w:p w14:paraId="2F0CD9B4" w14:textId="165B763F" w:rsidR="000F007F" w:rsidRPr="005F2B59" w:rsidRDefault="000F007F">
      <w:pPr>
        <w:rPr>
          <w:rFonts w:ascii="BIZ UDPゴシック" w:eastAsia="BIZ UDPゴシック" w:hAnsi="BIZ UDPゴシック"/>
          <w:sz w:val="21"/>
          <w:szCs w:val="21"/>
          <w:lang w:eastAsia="ja-JP"/>
        </w:rPr>
      </w:pPr>
      <w:r w:rsidRPr="005F2B59">
        <w:rPr>
          <w:rFonts w:ascii="BIZ UDPゴシック" w:eastAsia="BIZ UDPゴシック" w:hAnsi="BIZ UDPゴシック" w:hint="eastAsia"/>
          <w:sz w:val="21"/>
          <w:szCs w:val="21"/>
          <w:lang w:eastAsia="ja-JP"/>
        </w:rPr>
        <w:t>事業主支援）</w:t>
      </w:r>
      <w:r w:rsidR="00307375" w:rsidRPr="005F2B59">
        <w:rPr>
          <w:rFonts w:ascii="BIZ UDPゴシック" w:eastAsia="BIZ UDPゴシック" w:hAnsi="BIZ UDPゴシック" w:hint="eastAsia"/>
          <w:sz w:val="21"/>
          <w:szCs w:val="21"/>
          <w:lang w:eastAsia="ja-JP"/>
        </w:rPr>
        <w:t>雇用管理や指導方法について</w:t>
      </w:r>
      <w:r w:rsidR="00C51AE0" w:rsidRPr="005F2B59">
        <w:rPr>
          <w:rFonts w:ascii="BIZ UDPゴシック" w:eastAsia="BIZ UDPゴシック" w:hAnsi="BIZ UDPゴシック" w:hint="eastAsia"/>
          <w:sz w:val="21"/>
          <w:szCs w:val="21"/>
          <w:lang w:eastAsia="ja-JP"/>
        </w:rPr>
        <w:t>の助言の仕方を学びたい。</w:t>
      </w:r>
    </w:p>
    <w:tbl>
      <w:tblPr>
        <w:tblStyle w:val="afe"/>
        <w:tblW w:w="0" w:type="auto"/>
        <w:tblLook w:val="04A0" w:firstRow="1" w:lastRow="0" w:firstColumn="1" w:lastColumn="0" w:noHBand="0" w:noVBand="1"/>
      </w:tblPr>
      <w:tblGrid>
        <w:gridCol w:w="8630"/>
      </w:tblGrid>
      <w:tr w:rsidR="003F7A8A" w:rsidRPr="00FA2F42" w14:paraId="6732A079" w14:textId="77777777" w:rsidTr="002568BE">
        <w:trPr>
          <w:trHeight w:val="70"/>
        </w:trPr>
        <w:tc>
          <w:tcPr>
            <w:tcW w:w="8640" w:type="dxa"/>
          </w:tcPr>
          <w:p w14:paraId="44D62ABE" w14:textId="53082A37" w:rsidR="003F7A8A" w:rsidRPr="00FA2F42" w:rsidRDefault="005F2B59">
            <w:pPr>
              <w:rPr>
                <w:rFonts w:ascii="BIZ UDPゴシック" w:eastAsia="BIZ UDPゴシック" w:hAnsi="BIZ UDPゴシック"/>
                <w:lang w:eastAsia="ja-JP"/>
              </w:rPr>
            </w:pPr>
            <w:r w:rsidRPr="00FA2F42">
              <w:rPr>
                <w:rFonts w:ascii="BIZ UDPゴシック" w:eastAsia="BIZ UDPゴシック" w:hAnsi="BIZ UDPゴシック"/>
                <w:lang w:eastAsia="ja-JP"/>
              </w:rPr>
              <w:br/>
            </w:r>
            <w:r w:rsidRPr="00FA2F42">
              <w:rPr>
                <w:rFonts w:ascii="BIZ UDPゴシック" w:eastAsia="BIZ UDPゴシック" w:hAnsi="BIZ UDPゴシック"/>
                <w:lang w:eastAsia="ja-JP"/>
              </w:rPr>
              <w:br/>
            </w:r>
          </w:p>
        </w:tc>
      </w:tr>
    </w:tbl>
    <w:p w14:paraId="696FFB6B" w14:textId="77777777" w:rsidR="00FA2F42" w:rsidRDefault="00FA2F42">
      <w:pPr>
        <w:rPr>
          <w:lang w:eastAsia="ja-JP"/>
        </w:rPr>
      </w:pPr>
    </w:p>
    <w:sectPr w:rsidR="00FA2F4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07F"/>
    <w:rsid w:val="0015074B"/>
    <w:rsid w:val="002568BE"/>
    <w:rsid w:val="0029639D"/>
    <w:rsid w:val="00307375"/>
    <w:rsid w:val="00326F90"/>
    <w:rsid w:val="00386F7F"/>
    <w:rsid w:val="003F7A8A"/>
    <w:rsid w:val="00423289"/>
    <w:rsid w:val="004E658A"/>
    <w:rsid w:val="00570747"/>
    <w:rsid w:val="005E3A44"/>
    <w:rsid w:val="005F2B59"/>
    <w:rsid w:val="00793CAD"/>
    <w:rsid w:val="00890EE1"/>
    <w:rsid w:val="00944665"/>
    <w:rsid w:val="009D37FF"/>
    <w:rsid w:val="00AA1D8D"/>
    <w:rsid w:val="00AF0064"/>
    <w:rsid w:val="00B47730"/>
    <w:rsid w:val="00C067A0"/>
    <w:rsid w:val="00C43690"/>
    <w:rsid w:val="00C51AE0"/>
    <w:rsid w:val="00CB0664"/>
    <w:rsid w:val="00CF0590"/>
    <w:rsid w:val="00D92399"/>
    <w:rsid w:val="00EA050F"/>
    <w:rsid w:val="00ED269E"/>
    <w:rsid w:val="00F66BD1"/>
    <w:rsid w:val="00FA2F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4062061"/>
  <w14:defaultImageDpi w14:val="330"/>
  <w15:docId w15:val="{17F40E08-31EA-4037-88CC-435C0075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独立行政法人高齢・障害・求職者雇用支援機構</dc:creator>
  <cp:keywords/>
  <dc:description>generated by python-docx</dc:description>
  <cp:lastModifiedBy>独立行政法人高齢・障害・求職者雇用支援機構</cp:lastModifiedBy>
  <cp:revision>2</cp:revision>
  <dcterms:created xsi:type="dcterms:W3CDTF">2026-09-11T07:08:00Z</dcterms:created>
  <dcterms:modified xsi:type="dcterms:W3CDTF">2026-09-11T07:08:00Z</dcterms:modified>
  <cp:category/>
</cp:coreProperties>
</file>