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50E909" w14:textId="77777777" w:rsidR="00E71F8F" w:rsidRPr="00EA595B" w:rsidRDefault="006A2108">
      <w:pPr>
        <w:jc w:val="center"/>
        <w:rPr>
          <w:rFonts w:ascii="BIZ UDPゴシック" w:eastAsia="BIZ UDPゴシック" w:hAnsi="BIZ UDPゴシック"/>
          <w:lang w:eastAsia="ja-JP"/>
        </w:rPr>
      </w:pPr>
      <w:r w:rsidRPr="00EA595B">
        <w:rPr>
          <w:rFonts w:ascii="BIZ UDPゴシック" w:eastAsia="BIZ UDPゴシック" w:hAnsi="BIZ UDPゴシック"/>
          <w:b/>
          <w:sz w:val="28"/>
          <w:lang w:eastAsia="ja-JP"/>
        </w:rPr>
        <w:t>令和8年度第2回職場適応援助者養成研修等修了者サポート研修</w:t>
      </w:r>
    </w:p>
    <w:p w14:paraId="5608E632" w14:textId="77777777" w:rsidR="00E71F8F" w:rsidRPr="00EA595B" w:rsidRDefault="006A2108">
      <w:pPr>
        <w:jc w:val="center"/>
        <w:rPr>
          <w:rFonts w:ascii="BIZ UDPゴシック" w:eastAsia="BIZ UDPゴシック" w:hAnsi="BIZ UDPゴシック"/>
          <w:lang w:eastAsia="ja-JP"/>
        </w:rPr>
      </w:pPr>
      <w:r w:rsidRPr="00EA595B">
        <w:rPr>
          <w:rFonts w:ascii="BIZ UDPゴシック" w:eastAsia="BIZ UDPゴシック" w:hAnsi="BIZ UDPゴシック"/>
          <w:b/>
          <w:lang w:eastAsia="ja-JP"/>
        </w:rPr>
        <w:t>アンケート（企業在籍型ジョブコーチ）</w:t>
      </w:r>
    </w:p>
    <w:p w14:paraId="2E73E388" w14:textId="3E4ED19B" w:rsidR="00E71F8F" w:rsidRPr="00EA595B" w:rsidRDefault="006A2108">
      <w:pPr>
        <w:rPr>
          <w:rFonts w:ascii="BIZ UDPゴシック" w:eastAsia="BIZ UDPゴシック" w:hAnsi="BIZ UDPゴシック"/>
          <w:lang w:eastAsia="ja-JP"/>
        </w:rPr>
      </w:pPr>
      <w:r w:rsidRPr="00EA595B">
        <w:rPr>
          <w:rFonts w:ascii="BIZ UDPゴシック" w:eastAsia="BIZ UDPゴシック" w:hAnsi="BIZ UDPゴシック"/>
          <w:lang w:eastAsia="ja-JP"/>
        </w:rPr>
        <w:t>所属：____________________　　　氏名：____________________</w:t>
      </w:r>
    </w:p>
    <w:p w14:paraId="2EECAA4E" w14:textId="77777777" w:rsidR="00E71F8F" w:rsidRPr="00EA595B" w:rsidRDefault="006A2108">
      <w:pPr>
        <w:rPr>
          <w:rFonts w:ascii="BIZ UDPゴシック" w:eastAsia="BIZ UDPゴシック" w:hAnsi="BIZ UDPゴシック"/>
          <w:lang w:eastAsia="ja-JP"/>
        </w:rPr>
      </w:pPr>
      <w:r w:rsidRPr="00EA595B">
        <w:rPr>
          <w:rFonts w:ascii="BIZ UDPゴシック" w:eastAsia="BIZ UDPゴシック" w:hAnsi="BIZ UDPゴシック"/>
          <w:lang w:eastAsia="ja-JP"/>
        </w:rPr>
        <w:t>① ジョブコーチ支援において障害者雇用の質の向上に向けて取り組んだ事例があれば教えて下さい。</w:t>
      </w:r>
    </w:p>
    <w:p w14:paraId="586F0323" w14:textId="33F643C8" w:rsidR="00A772FF" w:rsidRPr="002F5EF0" w:rsidRDefault="006A2108">
      <w:pPr>
        <w:rPr>
          <w:rFonts w:ascii="BIZ UDPゴシック" w:eastAsia="BIZ UDPゴシック" w:hAnsi="BIZ UDPゴシック"/>
          <w:sz w:val="21"/>
          <w:szCs w:val="21"/>
          <w:lang w:eastAsia="ja-JP"/>
        </w:rPr>
      </w:pPr>
      <w:r w:rsidRPr="002F5EF0">
        <w:rPr>
          <w:rFonts w:ascii="BIZ UDPゴシック" w:eastAsia="BIZ UDPゴシック" w:hAnsi="BIZ UDPゴシック"/>
          <w:sz w:val="21"/>
          <w:szCs w:val="21"/>
          <w:lang w:eastAsia="ja-JP"/>
        </w:rPr>
        <w:t>【例】</w:t>
      </w:r>
      <w:r w:rsidR="00FE0A13" w:rsidRPr="002F5EF0">
        <w:rPr>
          <w:rFonts w:ascii="BIZ UDPゴシック" w:eastAsia="BIZ UDPゴシック" w:hAnsi="BIZ UDPゴシック" w:hint="eastAsia"/>
          <w:sz w:val="21"/>
          <w:szCs w:val="21"/>
          <w:lang w:eastAsia="ja-JP"/>
        </w:rPr>
        <w:t>障害者雇用の方</w:t>
      </w:r>
      <w:r w:rsidR="00A551A2" w:rsidRPr="002F5EF0">
        <w:rPr>
          <w:rFonts w:ascii="BIZ UDPゴシック" w:eastAsia="BIZ UDPゴシック" w:hAnsi="BIZ UDPゴシック" w:hint="eastAsia"/>
          <w:sz w:val="21"/>
          <w:szCs w:val="21"/>
          <w:lang w:eastAsia="ja-JP"/>
        </w:rPr>
        <w:t>の仕事の内容の幅を広げた事例。</w:t>
      </w:r>
    </w:p>
    <w:tbl>
      <w:tblPr>
        <w:tblStyle w:val="afe"/>
        <w:tblW w:w="0" w:type="auto"/>
        <w:tblLook w:val="04A0" w:firstRow="1" w:lastRow="0" w:firstColumn="1" w:lastColumn="0" w:noHBand="0" w:noVBand="1"/>
      </w:tblPr>
      <w:tblGrid>
        <w:gridCol w:w="8630"/>
      </w:tblGrid>
      <w:tr w:rsidR="00E71F8F" w:rsidRPr="00EA595B" w14:paraId="4CE348FD" w14:textId="77777777">
        <w:tc>
          <w:tcPr>
            <w:tcW w:w="8640" w:type="dxa"/>
          </w:tcPr>
          <w:p w14:paraId="3C10002B" w14:textId="77777777" w:rsidR="00E71F8F" w:rsidRPr="00EA595B" w:rsidRDefault="006A2108">
            <w:pPr>
              <w:rPr>
                <w:rFonts w:ascii="BIZ UDPゴシック" w:eastAsia="BIZ UDPゴシック" w:hAnsi="BIZ UDPゴシック"/>
                <w:lang w:eastAsia="ja-JP"/>
              </w:rPr>
            </w:pPr>
            <w:r w:rsidRPr="00EA595B">
              <w:rPr>
                <w:rFonts w:ascii="BIZ UDPゴシック" w:eastAsia="BIZ UDPゴシック" w:hAnsi="BIZ UDPゴシック"/>
                <w:lang w:eastAsia="ja-JP"/>
              </w:rPr>
              <w:br/>
            </w:r>
            <w:r w:rsidRPr="00EA595B">
              <w:rPr>
                <w:rFonts w:ascii="BIZ UDPゴシック" w:eastAsia="BIZ UDPゴシック" w:hAnsi="BIZ UDPゴシック"/>
                <w:lang w:eastAsia="ja-JP"/>
              </w:rPr>
              <w:br/>
            </w:r>
            <w:r w:rsidRPr="00EA595B">
              <w:rPr>
                <w:rFonts w:ascii="BIZ UDPゴシック" w:eastAsia="BIZ UDPゴシック" w:hAnsi="BIZ UDPゴシック"/>
                <w:lang w:eastAsia="ja-JP"/>
              </w:rPr>
              <w:br/>
            </w:r>
            <w:r w:rsidRPr="00EA595B">
              <w:rPr>
                <w:rFonts w:ascii="BIZ UDPゴシック" w:eastAsia="BIZ UDPゴシック" w:hAnsi="BIZ UDPゴシック"/>
                <w:lang w:eastAsia="ja-JP"/>
              </w:rPr>
              <w:br/>
            </w:r>
            <w:r w:rsidRPr="00EA595B">
              <w:rPr>
                <w:rFonts w:ascii="BIZ UDPゴシック" w:eastAsia="BIZ UDPゴシック" w:hAnsi="BIZ UDPゴシック"/>
                <w:lang w:eastAsia="ja-JP"/>
              </w:rPr>
              <w:br/>
            </w:r>
          </w:p>
        </w:tc>
      </w:tr>
    </w:tbl>
    <w:p w14:paraId="4673E3CF" w14:textId="77777777" w:rsidR="00E71F8F" w:rsidRPr="00EA595B" w:rsidRDefault="00E71F8F">
      <w:pPr>
        <w:rPr>
          <w:rFonts w:ascii="BIZ UDPゴシック" w:eastAsia="BIZ UDPゴシック" w:hAnsi="BIZ UDPゴシック"/>
          <w:lang w:eastAsia="ja-JP"/>
        </w:rPr>
      </w:pPr>
    </w:p>
    <w:p w14:paraId="66F74421" w14:textId="77777777" w:rsidR="00E71F8F" w:rsidRPr="00EA595B" w:rsidRDefault="006A2108">
      <w:pPr>
        <w:rPr>
          <w:rFonts w:ascii="BIZ UDPゴシック" w:eastAsia="BIZ UDPゴシック" w:hAnsi="BIZ UDPゴシック"/>
          <w:lang w:eastAsia="ja-JP"/>
        </w:rPr>
      </w:pPr>
      <w:r w:rsidRPr="00EA595B">
        <w:rPr>
          <w:rFonts w:ascii="BIZ UDPゴシック" w:eastAsia="BIZ UDPゴシック" w:hAnsi="BIZ UDPゴシック"/>
          <w:lang w:eastAsia="ja-JP"/>
        </w:rPr>
        <w:t>② ①で記載いただいた支援における課題、工夫されたポイントがあれば教えて下さい。（企業担当者として取り組んだこと、支援者として取り組んだことに分けて教えて下さい）</w:t>
      </w:r>
    </w:p>
    <w:p w14:paraId="36FD8E37" w14:textId="0FE2206D" w:rsidR="00E71F8F" w:rsidRPr="002F5EF0" w:rsidRDefault="006A2108">
      <w:pPr>
        <w:rPr>
          <w:rFonts w:ascii="BIZ UDPゴシック" w:eastAsia="BIZ UDPゴシック" w:hAnsi="BIZ UDPゴシック"/>
          <w:sz w:val="21"/>
          <w:szCs w:val="21"/>
          <w:lang w:eastAsia="ja-JP"/>
        </w:rPr>
      </w:pPr>
      <w:r w:rsidRPr="002F5EF0">
        <w:rPr>
          <w:rFonts w:ascii="BIZ UDPゴシック" w:eastAsia="BIZ UDPゴシック" w:hAnsi="BIZ UDPゴシック"/>
          <w:sz w:val="21"/>
          <w:szCs w:val="21"/>
          <w:lang w:eastAsia="ja-JP"/>
        </w:rPr>
        <w:t>【例】</w:t>
      </w:r>
    </w:p>
    <w:p w14:paraId="3845A0DC" w14:textId="24AE5167" w:rsidR="00E71F8F" w:rsidRPr="002F5EF0" w:rsidRDefault="006A2108">
      <w:pPr>
        <w:rPr>
          <w:rFonts w:ascii="BIZ UDPゴシック" w:eastAsia="BIZ UDPゴシック" w:hAnsi="BIZ UDPゴシック"/>
          <w:sz w:val="21"/>
          <w:szCs w:val="21"/>
          <w:lang w:eastAsia="ja-JP"/>
        </w:rPr>
      </w:pPr>
      <w:r w:rsidRPr="002F5EF0">
        <w:rPr>
          <w:rFonts w:ascii="BIZ UDPゴシック" w:eastAsia="BIZ UDPゴシック" w:hAnsi="BIZ UDPゴシック"/>
          <w:sz w:val="21"/>
          <w:szCs w:val="21"/>
          <w:lang w:eastAsia="ja-JP"/>
        </w:rPr>
        <w:t>・企業担当者</w:t>
      </w:r>
      <w:r w:rsidR="00B8293C" w:rsidRPr="002F5EF0">
        <w:rPr>
          <w:rFonts w:ascii="BIZ UDPゴシック" w:eastAsia="BIZ UDPゴシック" w:hAnsi="BIZ UDPゴシック" w:hint="eastAsia"/>
          <w:sz w:val="21"/>
          <w:szCs w:val="21"/>
          <w:lang w:eastAsia="ja-JP"/>
        </w:rPr>
        <w:t>）</w:t>
      </w:r>
      <w:r w:rsidRPr="002F5EF0">
        <w:rPr>
          <w:rFonts w:ascii="BIZ UDPゴシック" w:eastAsia="BIZ UDPゴシック" w:hAnsi="BIZ UDPゴシック"/>
          <w:sz w:val="21"/>
          <w:szCs w:val="21"/>
          <w:lang w:eastAsia="ja-JP"/>
        </w:rPr>
        <w:t>現場責任者</w:t>
      </w:r>
      <w:r w:rsidR="001F0418" w:rsidRPr="002F5EF0">
        <w:rPr>
          <w:rFonts w:ascii="BIZ UDPゴシック" w:eastAsia="BIZ UDPゴシック" w:hAnsi="BIZ UDPゴシック" w:hint="eastAsia"/>
          <w:sz w:val="21"/>
          <w:szCs w:val="21"/>
          <w:lang w:eastAsia="ja-JP"/>
        </w:rPr>
        <w:t>からの聞き取りや現状の確認を踏まえ</w:t>
      </w:r>
      <w:r w:rsidRPr="002F5EF0">
        <w:rPr>
          <w:rFonts w:ascii="BIZ UDPゴシック" w:eastAsia="BIZ UDPゴシック" w:hAnsi="BIZ UDPゴシック"/>
          <w:sz w:val="21"/>
          <w:szCs w:val="21"/>
          <w:lang w:eastAsia="ja-JP"/>
        </w:rPr>
        <w:t>、</w:t>
      </w:r>
      <w:r w:rsidR="00937CBE" w:rsidRPr="002F5EF0">
        <w:rPr>
          <w:rFonts w:ascii="BIZ UDPゴシック" w:eastAsia="BIZ UDPゴシック" w:hAnsi="BIZ UDPゴシック" w:hint="eastAsia"/>
          <w:sz w:val="21"/>
          <w:szCs w:val="21"/>
          <w:lang w:eastAsia="ja-JP"/>
        </w:rPr>
        <w:t>仕事内容の切り出しを行った。</w:t>
      </w:r>
    </w:p>
    <w:p w14:paraId="6238D955" w14:textId="2C24BD03" w:rsidR="00E71F8F" w:rsidRPr="002F5EF0" w:rsidRDefault="006A2108">
      <w:pPr>
        <w:rPr>
          <w:rFonts w:ascii="BIZ UDPゴシック" w:eastAsia="BIZ UDPゴシック" w:hAnsi="BIZ UDPゴシック"/>
          <w:sz w:val="21"/>
          <w:szCs w:val="21"/>
          <w:lang w:eastAsia="ja-JP"/>
        </w:rPr>
      </w:pPr>
      <w:r w:rsidRPr="002F5EF0">
        <w:rPr>
          <w:rFonts w:ascii="BIZ UDPゴシック" w:eastAsia="BIZ UDPゴシック" w:hAnsi="BIZ UDPゴシック"/>
          <w:sz w:val="21"/>
          <w:szCs w:val="21"/>
          <w:lang w:eastAsia="ja-JP"/>
        </w:rPr>
        <w:t>・支援者</w:t>
      </w:r>
      <w:r w:rsidR="00B8293C" w:rsidRPr="002F5EF0">
        <w:rPr>
          <w:rFonts w:ascii="BIZ UDPゴシック" w:eastAsia="BIZ UDPゴシック" w:hAnsi="BIZ UDPゴシック" w:hint="eastAsia"/>
          <w:sz w:val="21"/>
          <w:szCs w:val="21"/>
          <w:lang w:eastAsia="ja-JP"/>
        </w:rPr>
        <w:t>）</w:t>
      </w:r>
      <w:r w:rsidRPr="002F5EF0">
        <w:rPr>
          <w:rFonts w:ascii="BIZ UDPゴシック" w:eastAsia="BIZ UDPゴシック" w:hAnsi="BIZ UDPゴシック"/>
          <w:sz w:val="21"/>
          <w:szCs w:val="21"/>
          <w:lang w:eastAsia="ja-JP"/>
        </w:rPr>
        <w:t>本人</w:t>
      </w:r>
      <w:r w:rsidR="00937CBE" w:rsidRPr="002F5EF0">
        <w:rPr>
          <w:rFonts w:ascii="BIZ UDPゴシック" w:eastAsia="BIZ UDPゴシック" w:hAnsi="BIZ UDPゴシック" w:hint="eastAsia"/>
          <w:sz w:val="21"/>
          <w:szCs w:val="21"/>
          <w:lang w:eastAsia="ja-JP"/>
        </w:rPr>
        <w:t>が新しい仕事内容を覚えるにあたっての</w:t>
      </w:r>
      <w:r w:rsidR="00B05BE4" w:rsidRPr="002F5EF0">
        <w:rPr>
          <w:rFonts w:ascii="BIZ UDPゴシック" w:eastAsia="BIZ UDPゴシック" w:hAnsi="BIZ UDPゴシック" w:hint="eastAsia"/>
          <w:sz w:val="21"/>
          <w:szCs w:val="21"/>
          <w:lang w:eastAsia="ja-JP"/>
        </w:rPr>
        <w:t>支援を行った。</w:t>
      </w:r>
    </w:p>
    <w:tbl>
      <w:tblPr>
        <w:tblStyle w:val="afe"/>
        <w:tblW w:w="0" w:type="auto"/>
        <w:tblLook w:val="04A0" w:firstRow="1" w:lastRow="0" w:firstColumn="1" w:lastColumn="0" w:noHBand="0" w:noVBand="1"/>
      </w:tblPr>
      <w:tblGrid>
        <w:gridCol w:w="8630"/>
      </w:tblGrid>
      <w:tr w:rsidR="00E71F8F" w:rsidRPr="00EA595B" w14:paraId="40D97DA0" w14:textId="77777777">
        <w:tc>
          <w:tcPr>
            <w:tcW w:w="8640" w:type="dxa"/>
          </w:tcPr>
          <w:p w14:paraId="39F681AC" w14:textId="53988C70" w:rsidR="00E71F8F" w:rsidRPr="00EA595B" w:rsidRDefault="006A2108">
            <w:pPr>
              <w:rPr>
                <w:rFonts w:ascii="BIZ UDPゴシック" w:eastAsia="BIZ UDPゴシック" w:hAnsi="BIZ UDPゴシック"/>
                <w:lang w:eastAsia="ja-JP"/>
              </w:rPr>
            </w:pPr>
            <w:r w:rsidRPr="00EA595B">
              <w:rPr>
                <w:rFonts w:ascii="BIZ UDPゴシック" w:eastAsia="BIZ UDPゴシック" w:hAnsi="BIZ UDPゴシック"/>
                <w:lang w:eastAsia="ja-JP"/>
              </w:rPr>
              <w:br/>
            </w:r>
            <w:r w:rsidRPr="00EA595B">
              <w:rPr>
                <w:rFonts w:ascii="BIZ UDPゴシック" w:eastAsia="BIZ UDPゴシック" w:hAnsi="BIZ UDPゴシック"/>
                <w:lang w:eastAsia="ja-JP"/>
              </w:rPr>
              <w:br/>
            </w:r>
            <w:r w:rsidRPr="00EA595B">
              <w:rPr>
                <w:rFonts w:ascii="BIZ UDPゴシック" w:eastAsia="BIZ UDPゴシック" w:hAnsi="BIZ UDPゴシック"/>
                <w:lang w:eastAsia="ja-JP"/>
              </w:rPr>
              <w:br/>
            </w:r>
          </w:p>
        </w:tc>
      </w:tr>
    </w:tbl>
    <w:p w14:paraId="72B52A4E" w14:textId="77777777" w:rsidR="00E71F8F" w:rsidRPr="00EA595B" w:rsidRDefault="00E71F8F">
      <w:pPr>
        <w:rPr>
          <w:rFonts w:ascii="BIZ UDPゴシック" w:eastAsia="BIZ UDPゴシック" w:hAnsi="BIZ UDPゴシック"/>
          <w:lang w:eastAsia="ja-JP"/>
        </w:rPr>
      </w:pPr>
    </w:p>
    <w:p w14:paraId="2B24E19B" w14:textId="30EA9EB2" w:rsidR="00E71F8F" w:rsidRPr="00EA595B" w:rsidRDefault="006A2108">
      <w:pPr>
        <w:rPr>
          <w:rFonts w:ascii="BIZ UDPゴシック" w:eastAsia="BIZ UDPゴシック" w:hAnsi="BIZ UDPゴシック"/>
          <w:lang w:eastAsia="ja-JP"/>
        </w:rPr>
      </w:pPr>
      <w:r w:rsidRPr="00EA595B">
        <w:rPr>
          <w:rFonts w:ascii="BIZ UDPゴシック" w:eastAsia="BIZ UDPゴシック" w:hAnsi="BIZ UDPゴシック"/>
          <w:lang w:eastAsia="ja-JP"/>
        </w:rPr>
        <w:t>③ 障害者雇用の質の向上に向けて今後身に付けたいスキル</w:t>
      </w:r>
      <w:r w:rsidR="000A62E4" w:rsidRPr="00EA595B">
        <w:rPr>
          <w:rFonts w:ascii="BIZ UDPゴシック" w:eastAsia="BIZ UDPゴシック" w:hAnsi="BIZ UDPゴシック" w:hint="eastAsia"/>
          <w:lang w:eastAsia="ja-JP"/>
        </w:rPr>
        <w:t>や企業内で取り組みたい事項</w:t>
      </w:r>
      <w:r w:rsidRPr="00EA595B">
        <w:rPr>
          <w:rFonts w:ascii="BIZ UDPゴシック" w:eastAsia="BIZ UDPゴシック" w:hAnsi="BIZ UDPゴシック"/>
          <w:lang w:eastAsia="ja-JP"/>
        </w:rPr>
        <w:t>などがあれば教えて下さい。</w:t>
      </w:r>
    </w:p>
    <w:p w14:paraId="40EFC71C" w14:textId="33F72E67" w:rsidR="00E71F8F" w:rsidRPr="002F5EF0" w:rsidRDefault="006A2108">
      <w:pPr>
        <w:rPr>
          <w:rFonts w:ascii="BIZ UDPゴシック" w:eastAsia="BIZ UDPゴシック" w:hAnsi="BIZ UDPゴシック"/>
          <w:sz w:val="21"/>
          <w:szCs w:val="21"/>
          <w:lang w:eastAsia="ja-JP"/>
        </w:rPr>
      </w:pPr>
      <w:r w:rsidRPr="002F5EF0">
        <w:rPr>
          <w:rFonts w:ascii="BIZ UDPゴシック" w:eastAsia="BIZ UDPゴシック" w:hAnsi="BIZ UDPゴシック"/>
          <w:sz w:val="21"/>
          <w:szCs w:val="21"/>
          <w:lang w:eastAsia="ja-JP"/>
        </w:rPr>
        <w:t>【例】</w:t>
      </w:r>
    </w:p>
    <w:p w14:paraId="7007645C" w14:textId="63EE0740" w:rsidR="00E71F8F" w:rsidRPr="002F5EF0" w:rsidRDefault="006A2108">
      <w:pPr>
        <w:rPr>
          <w:rFonts w:ascii="BIZ UDPゴシック" w:eastAsia="BIZ UDPゴシック" w:hAnsi="BIZ UDPゴシック"/>
          <w:sz w:val="21"/>
          <w:szCs w:val="21"/>
          <w:lang w:eastAsia="ja-JP"/>
        </w:rPr>
      </w:pPr>
      <w:r w:rsidRPr="002F5EF0">
        <w:rPr>
          <w:rFonts w:ascii="BIZ UDPゴシック" w:eastAsia="BIZ UDPゴシック" w:hAnsi="BIZ UDPゴシック"/>
          <w:sz w:val="21"/>
          <w:szCs w:val="21"/>
          <w:lang w:eastAsia="ja-JP"/>
        </w:rPr>
        <w:t>・企業</w:t>
      </w:r>
      <w:r w:rsidR="001F0418" w:rsidRPr="002F5EF0">
        <w:rPr>
          <w:rFonts w:ascii="BIZ UDPゴシック" w:eastAsia="BIZ UDPゴシック" w:hAnsi="BIZ UDPゴシック" w:hint="eastAsia"/>
          <w:sz w:val="21"/>
          <w:szCs w:val="21"/>
          <w:lang w:eastAsia="ja-JP"/>
        </w:rPr>
        <w:t>内での障害者雇用の理解</w:t>
      </w:r>
      <w:r w:rsidRPr="002F5EF0">
        <w:rPr>
          <w:rFonts w:ascii="BIZ UDPゴシック" w:eastAsia="BIZ UDPゴシック" w:hAnsi="BIZ UDPゴシック"/>
          <w:sz w:val="21"/>
          <w:szCs w:val="21"/>
          <w:lang w:eastAsia="ja-JP"/>
        </w:rPr>
        <w:t>を</w:t>
      </w:r>
      <w:r w:rsidR="001F0418" w:rsidRPr="002F5EF0">
        <w:rPr>
          <w:rFonts w:ascii="BIZ UDPゴシック" w:eastAsia="BIZ UDPゴシック" w:hAnsi="BIZ UDPゴシック" w:hint="eastAsia"/>
          <w:sz w:val="21"/>
          <w:szCs w:val="21"/>
          <w:lang w:eastAsia="ja-JP"/>
        </w:rPr>
        <w:t>深め</w:t>
      </w:r>
      <w:r w:rsidRPr="002F5EF0">
        <w:rPr>
          <w:rFonts w:ascii="BIZ UDPゴシック" w:eastAsia="BIZ UDPゴシック" w:hAnsi="BIZ UDPゴシック"/>
          <w:sz w:val="21"/>
          <w:szCs w:val="21"/>
          <w:lang w:eastAsia="ja-JP"/>
        </w:rPr>
        <w:t>たい。</w:t>
      </w:r>
      <w:r w:rsidR="00EA595B" w:rsidRPr="002F5EF0">
        <w:rPr>
          <w:rFonts w:ascii="BIZ UDPゴシック" w:eastAsia="BIZ UDPゴシック" w:hAnsi="BIZ UDPゴシック" w:hint="eastAsia"/>
          <w:sz w:val="21"/>
          <w:szCs w:val="21"/>
          <w:lang w:eastAsia="ja-JP"/>
        </w:rPr>
        <w:t>障害者の受け入れ可能な部署を増やしたい。</w:t>
      </w:r>
    </w:p>
    <w:tbl>
      <w:tblPr>
        <w:tblStyle w:val="afe"/>
        <w:tblW w:w="0" w:type="auto"/>
        <w:tblLook w:val="04A0" w:firstRow="1" w:lastRow="0" w:firstColumn="1" w:lastColumn="0" w:noHBand="0" w:noVBand="1"/>
      </w:tblPr>
      <w:tblGrid>
        <w:gridCol w:w="8630"/>
      </w:tblGrid>
      <w:tr w:rsidR="00E71F8F" w:rsidRPr="00EA595B" w14:paraId="70D39D6C" w14:textId="77777777">
        <w:tc>
          <w:tcPr>
            <w:tcW w:w="8640" w:type="dxa"/>
          </w:tcPr>
          <w:p w14:paraId="66A2062B" w14:textId="7C8F1D9E" w:rsidR="00E71F8F" w:rsidRPr="00EA595B" w:rsidRDefault="006A2108">
            <w:pPr>
              <w:rPr>
                <w:rFonts w:ascii="BIZ UDPゴシック" w:eastAsia="BIZ UDPゴシック" w:hAnsi="BIZ UDPゴシック"/>
                <w:lang w:eastAsia="ja-JP"/>
              </w:rPr>
            </w:pPr>
            <w:r w:rsidRPr="00EA595B">
              <w:rPr>
                <w:rFonts w:ascii="BIZ UDPゴシック" w:eastAsia="BIZ UDPゴシック" w:hAnsi="BIZ UDPゴシック"/>
                <w:lang w:eastAsia="ja-JP"/>
              </w:rPr>
              <w:br/>
            </w:r>
            <w:r w:rsidRPr="00EA595B">
              <w:rPr>
                <w:rFonts w:ascii="BIZ UDPゴシック" w:eastAsia="BIZ UDPゴシック" w:hAnsi="BIZ UDPゴシック"/>
                <w:lang w:eastAsia="ja-JP"/>
              </w:rPr>
              <w:br/>
            </w:r>
          </w:p>
        </w:tc>
      </w:tr>
    </w:tbl>
    <w:p w14:paraId="014B3777" w14:textId="77777777" w:rsidR="00E71F8F" w:rsidRPr="00EA595B" w:rsidRDefault="00E71F8F">
      <w:pPr>
        <w:rPr>
          <w:rFonts w:ascii="BIZ UDPゴシック" w:eastAsia="BIZ UDPゴシック" w:hAnsi="BIZ UDPゴシック"/>
          <w:lang w:eastAsia="ja-JP"/>
        </w:rPr>
      </w:pPr>
    </w:p>
    <w:sectPr w:rsidR="00E71F8F" w:rsidRPr="00EA595B"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4F0D3" w14:textId="77777777" w:rsidR="00D82D46" w:rsidRDefault="00D82D46" w:rsidP="001F0418">
      <w:pPr>
        <w:spacing w:after="0" w:line="240" w:lineRule="auto"/>
      </w:pPr>
      <w:r>
        <w:separator/>
      </w:r>
    </w:p>
  </w:endnote>
  <w:endnote w:type="continuationSeparator" w:id="0">
    <w:p w14:paraId="63AAB01F" w14:textId="77777777" w:rsidR="00D82D46" w:rsidRDefault="00D82D46" w:rsidP="001F04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0D83E" w14:textId="77777777" w:rsidR="00D82D46" w:rsidRDefault="00D82D46" w:rsidP="001F0418">
      <w:pPr>
        <w:spacing w:after="0" w:line="240" w:lineRule="auto"/>
      </w:pPr>
      <w:r>
        <w:separator/>
      </w:r>
    </w:p>
  </w:footnote>
  <w:footnote w:type="continuationSeparator" w:id="0">
    <w:p w14:paraId="7AD4153B" w14:textId="77777777" w:rsidR="00D82D46" w:rsidRDefault="00D82D46" w:rsidP="001F04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62E4"/>
    <w:rsid w:val="0015074B"/>
    <w:rsid w:val="00166325"/>
    <w:rsid w:val="001F0418"/>
    <w:rsid w:val="0029639D"/>
    <w:rsid w:val="002F5EF0"/>
    <w:rsid w:val="00326F90"/>
    <w:rsid w:val="00403576"/>
    <w:rsid w:val="00460D51"/>
    <w:rsid w:val="006A2108"/>
    <w:rsid w:val="00912452"/>
    <w:rsid w:val="00937CBE"/>
    <w:rsid w:val="00A551A2"/>
    <w:rsid w:val="00A772FF"/>
    <w:rsid w:val="00AA1D8D"/>
    <w:rsid w:val="00B05BE4"/>
    <w:rsid w:val="00B067F7"/>
    <w:rsid w:val="00B4371D"/>
    <w:rsid w:val="00B47730"/>
    <w:rsid w:val="00B8293C"/>
    <w:rsid w:val="00CB0664"/>
    <w:rsid w:val="00D82D46"/>
    <w:rsid w:val="00E2639C"/>
    <w:rsid w:val="00E71F8F"/>
    <w:rsid w:val="00EA050F"/>
    <w:rsid w:val="00EA595B"/>
    <w:rsid w:val="00ED269E"/>
    <w:rsid w:val="00FB13A7"/>
    <w:rsid w:val="00FC693F"/>
    <w:rsid w:val="00FE0A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24062061"/>
  <w14:defaultImageDpi w14:val="330"/>
  <w15:docId w15:val="{17F40E08-31EA-4037-88CC-435C0075F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67</Words>
  <Characters>387</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独立行政法人高齢・障害・求職者雇用支援機構</dc:creator>
  <cp:keywords/>
  <dc:description>generated by python-docx</dc:description>
  <cp:lastModifiedBy>独立行政法人高齢・障害・求職者雇用支援機構</cp:lastModifiedBy>
  <cp:revision>2</cp:revision>
  <dcterms:created xsi:type="dcterms:W3CDTF">2026-09-11T07:13:00Z</dcterms:created>
  <dcterms:modified xsi:type="dcterms:W3CDTF">2026-09-11T07:13:00Z</dcterms:modified>
  <cp:category/>
</cp:coreProperties>
</file>