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D8B49" w14:textId="77777777" w:rsidR="00C42679" w:rsidRPr="006C268F" w:rsidRDefault="00DC7A30">
      <w:pPr>
        <w:jc w:val="center"/>
        <w:rPr>
          <w:rFonts w:asciiTheme="minorEastAsia" w:hAnsiTheme="minorEastAsia"/>
          <w:lang w:eastAsia="ja-JP"/>
        </w:rPr>
      </w:pPr>
      <w:r w:rsidRPr="006C268F">
        <w:rPr>
          <w:rFonts w:asciiTheme="minorEastAsia" w:hAnsiTheme="minorEastAsia"/>
          <w:b/>
          <w:sz w:val="40"/>
          <w:lang w:eastAsia="ja-JP"/>
        </w:rPr>
        <w:t>令和8年度 生涯現役社会の実現セミナー</w:t>
      </w:r>
      <w:r w:rsidRPr="006C268F">
        <w:rPr>
          <w:rFonts w:asciiTheme="minorEastAsia" w:hAnsiTheme="minorEastAsia"/>
          <w:b/>
          <w:sz w:val="40"/>
          <w:lang w:eastAsia="ja-JP"/>
        </w:rPr>
        <w:br/>
        <w:t>参加申込書</w:t>
      </w:r>
    </w:p>
    <w:p w14:paraId="272987E5" w14:textId="45B89CF7" w:rsidR="009140AF" w:rsidRPr="009140AF" w:rsidRDefault="009140AF" w:rsidP="00CE4FCB">
      <w:pPr>
        <w:spacing w:line="240" w:lineRule="exact"/>
        <w:rPr>
          <w:rFonts w:asciiTheme="minorEastAsia" w:hAnsiTheme="minorEastAsia"/>
          <w:lang w:eastAsia="ja-JP"/>
        </w:rPr>
      </w:pPr>
      <w:r w:rsidRPr="009140AF">
        <w:rPr>
          <w:rFonts w:asciiTheme="minorEastAsia" w:hAnsiTheme="minorEastAsia" w:hint="eastAsia"/>
          <w:lang w:eastAsia="ja-JP"/>
        </w:rPr>
        <w:t>下記</w:t>
      </w:r>
      <w:r w:rsidR="009E0540">
        <w:rPr>
          <w:rFonts w:asciiTheme="minorEastAsia" w:hAnsiTheme="minorEastAsia" w:hint="eastAsia"/>
          <w:lang w:eastAsia="ja-JP"/>
        </w:rPr>
        <w:t>の</w:t>
      </w:r>
      <w:r w:rsidRPr="009140AF">
        <w:rPr>
          <w:rFonts w:asciiTheme="minorEastAsia" w:hAnsiTheme="minorEastAsia" w:hint="eastAsia"/>
          <w:lang w:eastAsia="ja-JP"/>
        </w:rPr>
        <w:t>フォームに記入いただき、</w:t>
      </w:r>
      <w:r w:rsidR="00CE4FCB">
        <w:rPr>
          <w:rFonts w:asciiTheme="minorEastAsia" w:hAnsiTheme="minorEastAsia" w:hint="eastAsia"/>
          <w:lang w:eastAsia="ja-JP"/>
        </w:rPr>
        <w:t>メールで</w:t>
      </w:r>
      <w:r w:rsidR="009E0540">
        <w:rPr>
          <w:rFonts w:asciiTheme="minorEastAsia" w:hAnsiTheme="minorEastAsia" w:hint="eastAsia"/>
          <w:lang w:eastAsia="ja-JP"/>
        </w:rPr>
        <w:t>お申し込み</w:t>
      </w:r>
      <w:r w:rsidRPr="009140AF">
        <w:rPr>
          <w:rFonts w:asciiTheme="minorEastAsia" w:hAnsiTheme="minorEastAsia" w:hint="eastAsia"/>
          <w:lang w:eastAsia="ja-JP"/>
        </w:rPr>
        <w:t>ください。</w:t>
      </w:r>
    </w:p>
    <w:p w14:paraId="65B5823B" w14:textId="029316F1" w:rsidR="009E0540" w:rsidRDefault="009E0540" w:rsidP="009E0540">
      <w:pPr>
        <w:rPr>
          <w:rFonts w:asciiTheme="minorEastAsia" w:hAnsiTheme="minorEastAsia"/>
          <w:lang w:eastAsia="ja-JP"/>
        </w:rPr>
      </w:pPr>
      <w:r w:rsidRPr="009E0540">
        <w:rPr>
          <w:rFonts w:asciiTheme="minorEastAsia" w:hAnsiTheme="minorEastAsia" w:hint="eastAsia"/>
          <w:lang w:eastAsia="ja-JP"/>
        </w:rPr>
        <w:t>申込時点で定員に達していた等、</w:t>
      </w:r>
      <w:r w:rsidRPr="00856614">
        <w:rPr>
          <w:rFonts w:asciiTheme="minorEastAsia" w:hAnsiTheme="minorEastAsia" w:hint="eastAsia"/>
          <w:u w:val="single"/>
          <w:lang w:eastAsia="ja-JP"/>
        </w:rPr>
        <w:t>参加いただけない場合のみ電話連絡を行う</w:t>
      </w:r>
      <w:r w:rsidRPr="009E0540">
        <w:rPr>
          <w:rFonts w:asciiTheme="minorEastAsia" w:hAnsiTheme="minorEastAsia" w:hint="eastAsia"/>
          <w:lang w:eastAsia="ja-JP"/>
        </w:rPr>
        <w:t>ため、連絡が</w:t>
      </w:r>
      <w:r>
        <w:rPr>
          <w:rFonts w:asciiTheme="minorEastAsia" w:hAnsiTheme="minorEastAsia" w:hint="eastAsia"/>
          <w:lang w:eastAsia="ja-JP"/>
        </w:rPr>
        <w:t>な</w:t>
      </w:r>
      <w:r w:rsidRPr="009E0540">
        <w:rPr>
          <w:rFonts w:asciiTheme="minorEastAsia" w:hAnsiTheme="minorEastAsia" w:hint="eastAsia"/>
          <w:lang w:eastAsia="ja-JP"/>
        </w:rPr>
        <w:t>い場合は</w:t>
      </w:r>
      <w:r w:rsidR="00856614">
        <w:rPr>
          <w:rFonts w:asciiTheme="minorEastAsia" w:hAnsiTheme="minorEastAsia" w:hint="eastAsia"/>
          <w:lang w:eastAsia="ja-JP"/>
        </w:rPr>
        <w:t xml:space="preserve">、　</w:t>
      </w:r>
      <w:r w:rsidRPr="009E0540">
        <w:rPr>
          <w:rFonts w:asciiTheme="minorEastAsia" w:hAnsiTheme="minorEastAsia" w:hint="eastAsia"/>
          <w:lang w:eastAsia="ja-JP"/>
        </w:rPr>
        <w:t>直接会場</w:t>
      </w:r>
      <w:r>
        <w:rPr>
          <w:rFonts w:asciiTheme="minorEastAsia" w:hAnsiTheme="minorEastAsia" w:hint="eastAsia"/>
          <w:lang w:eastAsia="ja-JP"/>
        </w:rPr>
        <w:t>へ</w:t>
      </w:r>
      <w:r w:rsidRPr="009E0540">
        <w:rPr>
          <w:rFonts w:asciiTheme="minorEastAsia" w:hAnsiTheme="minorEastAsia" w:hint="eastAsia"/>
          <w:lang w:eastAsia="ja-JP"/>
        </w:rPr>
        <w:t>お越しください。</w:t>
      </w:r>
    </w:p>
    <w:p w14:paraId="71F87861" w14:textId="2F5B8978" w:rsidR="00CE4FCB" w:rsidRPr="00CE4FCB" w:rsidRDefault="00CE4FCB" w:rsidP="00CE4FCB">
      <w:pPr>
        <w:jc w:val="center"/>
        <w:rPr>
          <w:rFonts w:asciiTheme="minorEastAsia" w:hAnsiTheme="minorEastAsia"/>
          <w:b/>
          <w:bdr w:val="single" w:sz="4" w:space="0" w:color="auto"/>
          <w:lang w:eastAsia="ja-JP"/>
        </w:rPr>
      </w:pPr>
      <w:r w:rsidRPr="00CE4FCB">
        <w:rPr>
          <w:rFonts w:asciiTheme="minorEastAsia" w:hAnsiTheme="minorEastAsia"/>
          <w:b/>
          <w:bdr w:val="single" w:sz="4" w:space="0" w:color="auto"/>
        </w:rPr>
        <w:t>申込期限：2026年10月21日（水）</w:t>
      </w:r>
      <w:r w:rsidRPr="00CE4FCB">
        <w:rPr>
          <w:rFonts w:asciiTheme="minorEastAsia" w:hAnsiTheme="minorEastAsia" w:hint="eastAsia"/>
          <w:b/>
          <w:bdr w:val="single" w:sz="4" w:space="0" w:color="auto"/>
          <w:lang w:eastAsia="ja-JP"/>
        </w:rPr>
        <w:t xml:space="preserve">　</w:t>
      </w:r>
      <w:r w:rsidRPr="00CE4FCB">
        <w:rPr>
          <w:rFonts w:asciiTheme="minorEastAsia" w:hAnsiTheme="minorEastAsia" w:hint="eastAsia"/>
          <w:b/>
          <w:bdr w:val="single" w:sz="4" w:space="0" w:color="auto"/>
        </w:rPr>
        <w:t>送信先：</w:t>
      </w:r>
      <w:r w:rsidRPr="00CE4FCB">
        <w:rPr>
          <w:rFonts w:asciiTheme="majorEastAsia" w:eastAsiaTheme="majorEastAsia" w:hAnsiTheme="majorEastAsia" w:hint="eastAsia"/>
          <w:b/>
          <w:bdr w:val="single" w:sz="4" w:space="0" w:color="auto"/>
        </w:rPr>
        <w:t>saga-kosyo@jeed.go.jp</w:t>
      </w:r>
    </w:p>
    <w:p w14:paraId="4A62351F" w14:textId="41123142" w:rsidR="00C42679" w:rsidRPr="006C268F" w:rsidRDefault="00DC7A30" w:rsidP="009140AF">
      <w:pPr>
        <w:rPr>
          <w:rFonts w:asciiTheme="minorEastAsia" w:hAnsiTheme="minorEastAsia"/>
          <w:lang w:eastAsia="ja-JP"/>
        </w:rPr>
      </w:pPr>
      <w:r w:rsidRPr="006C268F">
        <w:rPr>
          <w:rFonts w:asciiTheme="minorEastAsia" w:hAnsiTheme="minorEastAsia"/>
          <w:lang w:eastAsia="ja-JP"/>
        </w:rPr>
        <w:t>【事業所情報】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6C268F" w:rsidRPr="006C268F" w14:paraId="0C440D69" w14:textId="77777777" w:rsidTr="006C268F">
        <w:trPr>
          <w:trHeight w:val="854"/>
        </w:trPr>
        <w:tc>
          <w:tcPr>
            <w:tcW w:w="10540" w:type="dxa"/>
          </w:tcPr>
          <w:p w14:paraId="7F5F7623" w14:textId="2052D377" w:rsidR="006C268F" w:rsidRPr="006C268F" w:rsidRDefault="006C268F">
            <w:pPr>
              <w:rPr>
                <w:rFonts w:asciiTheme="minorEastAsia" w:hAnsiTheme="minorEastAsia"/>
                <w:lang w:eastAsia="ja-JP"/>
              </w:rPr>
            </w:pPr>
            <w:proofErr w:type="spellStart"/>
            <w:r w:rsidRPr="006C268F">
              <w:rPr>
                <w:rFonts w:asciiTheme="minorEastAsia" w:hAnsiTheme="minorEastAsia"/>
              </w:rPr>
              <w:t>会社名</w:t>
            </w:r>
            <w:proofErr w:type="spellEnd"/>
          </w:p>
        </w:tc>
      </w:tr>
      <w:tr w:rsidR="006C268F" w:rsidRPr="006C268F" w14:paraId="79158A37" w14:textId="77777777" w:rsidTr="006C268F">
        <w:trPr>
          <w:trHeight w:val="1249"/>
        </w:trPr>
        <w:tc>
          <w:tcPr>
            <w:tcW w:w="10540" w:type="dxa"/>
          </w:tcPr>
          <w:p w14:paraId="0C4E1253" w14:textId="77777777" w:rsidR="006C268F" w:rsidRDefault="006C268F">
            <w:pPr>
              <w:rPr>
                <w:rFonts w:asciiTheme="minorEastAsia" w:hAnsiTheme="minorEastAsia"/>
                <w:lang w:eastAsia="ja-JP"/>
              </w:rPr>
            </w:pPr>
            <w:proofErr w:type="spellStart"/>
            <w:r w:rsidRPr="006C268F">
              <w:rPr>
                <w:rFonts w:asciiTheme="minorEastAsia" w:hAnsiTheme="minorEastAsia"/>
              </w:rPr>
              <w:t>所在地</w:t>
            </w:r>
            <w:proofErr w:type="spellEnd"/>
          </w:p>
          <w:p w14:paraId="400E2105" w14:textId="0BAAD358" w:rsidR="006C268F" w:rsidRPr="006C268F" w:rsidRDefault="006C268F">
            <w:pPr>
              <w:rPr>
                <w:rFonts w:asciiTheme="minorEastAsia" w:hAnsiTheme="minorEastAsia"/>
                <w:lang w:eastAsia="ja-JP"/>
              </w:rPr>
            </w:pPr>
            <w:r w:rsidRPr="006C268F">
              <w:rPr>
                <w:rFonts w:asciiTheme="minorEastAsia" w:hAnsiTheme="minorEastAsia"/>
              </w:rPr>
              <w:t>〒</w:t>
            </w:r>
            <w:r>
              <w:rPr>
                <w:rFonts w:asciiTheme="minorEastAsia" w:hAnsiTheme="minorEastAsia" w:hint="eastAsia"/>
                <w:lang w:eastAsia="ja-JP"/>
              </w:rPr>
              <w:t>（　　　－　　　　）</w:t>
            </w:r>
          </w:p>
        </w:tc>
      </w:tr>
      <w:tr w:rsidR="006C268F" w:rsidRPr="006C268F" w14:paraId="7A486B38" w14:textId="77777777" w:rsidTr="006C268F">
        <w:trPr>
          <w:trHeight w:val="842"/>
        </w:trPr>
        <w:tc>
          <w:tcPr>
            <w:tcW w:w="10540" w:type="dxa"/>
          </w:tcPr>
          <w:p w14:paraId="6DE4A3C7" w14:textId="77777777" w:rsidR="006C268F" w:rsidRDefault="006C268F">
            <w:pPr>
              <w:rPr>
                <w:rFonts w:asciiTheme="minorEastAsia" w:hAnsiTheme="minorEastAsia"/>
                <w:lang w:eastAsia="ja-JP"/>
              </w:rPr>
            </w:pPr>
            <w:proofErr w:type="spellStart"/>
            <w:r w:rsidRPr="006C268F">
              <w:rPr>
                <w:rFonts w:asciiTheme="minorEastAsia" w:hAnsiTheme="minorEastAsia"/>
              </w:rPr>
              <w:t>連絡先</w:t>
            </w:r>
            <w:proofErr w:type="spellEnd"/>
          </w:p>
          <w:p w14:paraId="05B134EF" w14:textId="71BE7AAA" w:rsidR="006C268F" w:rsidRPr="006C268F" w:rsidRDefault="006C268F">
            <w:pPr>
              <w:rPr>
                <w:rFonts w:asciiTheme="minorEastAsia" w:hAnsiTheme="minorEastAsia"/>
                <w:lang w:eastAsia="ja-JP"/>
              </w:rPr>
            </w:pPr>
            <w:r>
              <w:rPr>
                <w:rFonts w:asciiTheme="minorEastAsia" w:hAnsiTheme="minorEastAsia" w:hint="eastAsia"/>
                <w:lang w:eastAsia="ja-JP"/>
              </w:rPr>
              <w:t>ＴＥＬ：</w:t>
            </w:r>
          </w:p>
        </w:tc>
      </w:tr>
    </w:tbl>
    <w:p w14:paraId="47463E9A" w14:textId="77777777" w:rsidR="00C42679" w:rsidRPr="006C268F" w:rsidRDefault="00C42679">
      <w:pPr>
        <w:rPr>
          <w:rFonts w:asciiTheme="minorEastAsia" w:hAnsiTheme="minorEastAsia"/>
        </w:rPr>
      </w:pPr>
    </w:p>
    <w:p w14:paraId="5F2D84E2" w14:textId="7CE23D61" w:rsidR="00C42679" w:rsidRPr="006C268F" w:rsidRDefault="00DC7A30">
      <w:pPr>
        <w:rPr>
          <w:rFonts w:asciiTheme="minorEastAsia" w:hAnsiTheme="minorEastAsia"/>
          <w:lang w:eastAsia="ja-JP"/>
        </w:rPr>
      </w:pPr>
      <w:r w:rsidRPr="006C268F">
        <w:rPr>
          <w:rFonts w:asciiTheme="minorEastAsia" w:hAnsiTheme="minorEastAsia"/>
        </w:rPr>
        <w:t>【</w:t>
      </w:r>
      <w:proofErr w:type="spellStart"/>
      <w:r w:rsidRPr="006C268F">
        <w:rPr>
          <w:rFonts w:asciiTheme="minorEastAsia" w:hAnsiTheme="minorEastAsia"/>
        </w:rPr>
        <w:t>参加者情報</w:t>
      </w:r>
      <w:proofErr w:type="spellEnd"/>
      <w:r w:rsidRPr="006C268F">
        <w:rPr>
          <w:rFonts w:asciiTheme="minorEastAsia" w:hAnsiTheme="minorEastAsia"/>
        </w:rPr>
        <w:t>】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361"/>
        <w:gridCol w:w="2636"/>
        <w:gridCol w:w="2637"/>
        <w:gridCol w:w="3896"/>
      </w:tblGrid>
      <w:tr w:rsidR="009140AF" w:rsidRPr="006C268F" w14:paraId="446EE54F" w14:textId="77777777" w:rsidTr="009140AF">
        <w:tc>
          <w:tcPr>
            <w:tcW w:w="1384" w:type="dxa"/>
            <w:shd w:val="clear" w:color="auto" w:fill="D9D9D9" w:themeFill="background1" w:themeFillShade="D9"/>
          </w:tcPr>
          <w:p w14:paraId="7C580933" w14:textId="3237C1DA" w:rsidR="009140AF" w:rsidRPr="006C268F" w:rsidRDefault="009140AF">
            <w:pPr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704FA9D7" w14:textId="2721E47F" w:rsidR="009140AF" w:rsidRPr="006C268F" w:rsidRDefault="009140AF">
            <w:pPr>
              <w:rPr>
                <w:rFonts w:asciiTheme="minorEastAsia" w:hAnsiTheme="minorEastAsia"/>
                <w:lang w:eastAsia="ja-JP"/>
              </w:rPr>
            </w:pPr>
            <w:r>
              <w:rPr>
                <w:rFonts w:asciiTheme="minorEastAsia" w:hAnsiTheme="minorEastAsia" w:hint="eastAsia"/>
                <w:lang w:eastAsia="ja-JP"/>
              </w:rPr>
              <w:t>所属部署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563C2993" w14:textId="785F03E8" w:rsidR="009140AF" w:rsidRPr="006C268F" w:rsidRDefault="009140A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lang w:eastAsia="ja-JP"/>
              </w:rPr>
              <w:t>役職</w:t>
            </w:r>
          </w:p>
        </w:tc>
        <w:tc>
          <w:tcPr>
            <w:tcW w:w="3985" w:type="dxa"/>
            <w:shd w:val="clear" w:color="auto" w:fill="D9D9D9" w:themeFill="background1" w:themeFillShade="D9"/>
          </w:tcPr>
          <w:p w14:paraId="3B3391D8" w14:textId="040F5C78" w:rsidR="009140AF" w:rsidRPr="006C268F" w:rsidRDefault="009140A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lang w:eastAsia="ja-JP"/>
              </w:rPr>
              <w:t>氏名</w:t>
            </w:r>
          </w:p>
        </w:tc>
      </w:tr>
      <w:tr w:rsidR="009140AF" w:rsidRPr="006C268F" w14:paraId="039A6E39" w14:textId="77777777" w:rsidTr="006C268F">
        <w:trPr>
          <w:trHeight w:val="654"/>
        </w:trPr>
        <w:tc>
          <w:tcPr>
            <w:tcW w:w="1384" w:type="dxa"/>
          </w:tcPr>
          <w:p w14:paraId="576A1C4D" w14:textId="20148A36" w:rsidR="009140AF" w:rsidRPr="006C268F" w:rsidRDefault="009140A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lang w:eastAsia="ja-JP"/>
              </w:rPr>
              <w:t>参加者①</w:t>
            </w:r>
          </w:p>
        </w:tc>
        <w:tc>
          <w:tcPr>
            <w:tcW w:w="2693" w:type="dxa"/>
          </w:tcPr>
          <w:p w14:paraId="6D5FD95E" w14:textId="4815A1DB" w:rsidR="009140AF" w:rsidRPr="006C268F" w:rsidRDefault="009140AF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2694" w:type="dxa"/>
          </w:tcPr>
          <w:p w14:paraId="5D74C9FE" w14:textId="77777777" w:rsidR="009140AF" w:rsidRPr="006C268F" w:rsidRDefault="009140AF">
            <w:pPr>
              <w:rPr>
                <w:rFonts w:asciiTheme="minorEastAsia" w:hAnsiTheme="minorEastAsia"/>
              </w:rPr>
            </w:pPr>
          </w:p>
        </w:tc>
        <w:tc>
          <w:tcPr>
            <w:tcW w:w="3985" w:type="dxa"/>
          </w:tcPr>
          <w:p w14:paraId="1122EAE8" w14:textId="16701707" w:rsidR="009140AF" w:rsidRPr="006C268F" w:rsidRDefault="009140AF">
            <w:pPr>
              <w:rPr>
                <w:rFonts w:asciiTheme="minorEastAsia" w:hAnsiTheme="minorEastAsia"/>
              </w:rPr>
            </w:pPr>
          </w:p>
        </w:tc>
      </w:tr>
      <w:tr w:rsidR="009140AF" w:rsidRPr="006C268F" w14:paraId="15A6F18C" w14:textId="77777777" w:rsidTr="009140AF">
        <w:trPr>
          <w:trHeight w:val="654"/>
        </w:trPr>
        <w:tc>
          <w:tcPr>
            <w:tcW w:w="1384" w:type="dxa"/>
          </w:tcPr>
          <w:p w14:paraId="7FEFE9DF" w14:textId="188EC844" w:rsidR="009140AF" w:rsidRPr="006C268F" w:rsidRDefault="009140AF" w:rsidP="00E40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lang w:eastAsia="ja-JP"/>
              </w:rPr>
              <w:t>参加者②</w:t>
            </w:r>
          </w:p>
        </w:tc>
        <w:tc>
          <w:tcPr>
            <w:tcW w:w="2693" w:type="dxa"/>
          </w:tcPr>
          <w:p w14:paraId="31EC07C0" w14:textId="77777777" w:rsidR="009140AF" w:rsidRPr="006C268F" w:rsidRDefault="009140AF" w:rsidP="00E40F95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2694" w:type="dxa"/>
          </w:tcPr>
          <w:p w14:paraId="46F20E6A" w14:textId="77777777" w:rsidR="009140AF" w:rsidRPr="006C268F" w:rsidRDefault="009140AF" w:rsidP="00E40F95">
            <w:pPr>
              <w:rPr>
                <w:rFonts w:asciiTheme="minorEastAsia" w:hAnsiTheme="minorEastAsia"/>
              </w:rPr>
            </w:pPr>
          </w:p>
        </w:tc>
        <w:tc>
          <w:tcPr>
            <w:tcW w:w="3985" w:type="dxa"/>
          </w:tcPr>
          <w:p w14:paraId="4F1FE527" w14:textId="77777777" w:rsidR="009140AF" w:rsidRPr="006C268F" w:rsidRDefault="009140AF" w:rsidP="00E40F95">
            <w:pPr>
              <w:rPr>
                <w:rFonts w:asciiTheme="minorEastAsia" w:hAnsiTheme="minorEastAsia"/>
              </w:rPr>
            </w:pPr>
          </w:p>
        </w:tc>
      </w:tr>
      <w:tr w:rsidR="009140AF" w:rsidRPr="006C268F" w14:paraId="226C49B5" w14:textId="77777777" w:rsidTr="009140AF">
        <w:trPr>
          <w:trHeight w:val="654"/>
        </w:trPr>
        <w:tc>
          <w:tcPr>
            <w:tcW w:w="1384" w:type="dxa"/>
          </w:tcPr>
          <w:p w14:paraId="408D3C4F" w14:textId="0F96A898" w:rsidR="009140AF" w:rsidRPr="006C268F" w:rsidRDefault="009140AF" w:rsidP="00E40F9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lang w:eastAsia="ja-JP"/>
              </w:rPr>
              <w:t>参加者③</w:t>
            </w:r>
          </w:p>
        </w:tc>
        <w:tc>
          <w:tcPr>
            <w:tcW w:w="2693" w:type="dxa"/>
          </w:tcPr>
          <w:p w14:paraId="054F823D" w14:textId="77777777" w:rsidR="009140AF" w:rsidRPr="006C268F" w:rsidRDefault="009140AF" w:rsidP="00E40F95">
            <w:pPr>
              <w:rPr>
                <w:rFonts w:asciiTheme="minorEastAsia" w:hAnsiTheme="minorEastAsia"/>
                <w:lang w:eastAsia="ja-JP"/>
              </w:rPr>
            </w:pPr>
          </w:p>
        </w:tc>
        <w:tc>
          <w:tcPr>
            <w:tcW w:w="2694" w:type="dxa"/>
          </w:tcPr>
          <w:p w14:paraId="564401FA" w14:textId="77777777" w:rsidR="009140AF" w:rsidRPr="006C268F" w:rsidRDefault="009140AF" w:rsidP="00E40F95">
            <w:pPr>
              <w:rPr>
                <w:rFonts w:asciiTheme="minorEastAsia" w:hAnsiTheme="minorEastAsia"/>
              </w:rPr>
            </w:pPr>
          </w:p>
        </w:tc>
        <w:tc>
          <w:tcPr>
            <w:tcW w:w="3985" w:type="dxa"/>
          </w:tcPr>
          <w:p w14:paraId="0A0CA6EB" w14:textId="77777777" w:rsidR="009140AF" w:rsidRPr="006C268F" w:rsidRDefault="009140AF" w:rsidP="00E40F95">
            <w:pPr>
              <w:rPr>
                <w:rFonts w:asciiTheme="minorEastAsia" w:hAnsiTheme="minorEastAsia"/>
              </w:rPr>
            </w:pPr>
          </w:p>
        </w:tc>
      </w:tr>
    </w:tbl>
    <w:p w14:paraId="04ED3543" w14:textId="77777777" w:rsidR="00C42679" w:rsidRDefault="00C42679">
      <w:pPr>
        <w:rPr>
          <w:rFonts w:asciiTheme="minorEastAsia" w:hAnsiTheme="minorEastAsia"/>
          <w:lang w:eastAsia="ja-JP"/>
        </w:rPr>
      </w:pPr>
    </w:p>
    <w:p w14:paraId="17FCFCF7" w14:textId="77E7DDDB" w:rsidR="00CE4FCB" w:rsidRPr="004E1106" w:rsidRDefault="00CE4FCB">
      <w:pPr>
        <w:rPr>
          <w:rFonts w:asciiTheme="minorEastAsia" w:hAnsiTheme="minorEastAsia"/>
          <w:b/>
          <w:bCs/>
          <w:sz w:val="21"/>
          <w:szCs w:val="21"/>
          <w:lang w:eastAsia="ja-JP"/>
        </w:rPr>
      </w:pPr>
      <w:r w:rsidRPr="004E1106">
        <w:rPr>
          <w:rFonts w:asciiTheme="minorEastAsia" w:hAnsiTheme="minorEastAsia" w:hint="eastAsia"/>
          <w:b/>
          <w:bCs/>
          <w:sz w:val="21"/>
          <w:szCs w:val="21"/>
          <w:lang w:eastAsia="ja-JP"/>
        </w:rPr>
        <w:t>※ 参加申込書の記載内容については、「生涯現役社会の実現セミナー」以外の目的には使用いたしません。</w:t>
      </w:r>
    </w:p>
    <w:sectPr w:rsidR="00CE4FCB" w:rsidRPr="004E1106" w:rsidSect="00034616">
      <w:pgSz w:w="12240" w:h="15840"/>
      <w:pgMar w:top="1440" w:right="850" w:bottom="144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8644F" w14:textId="77777777" w:rsidR="00825BFC" w:rsidRDefault="00825BFC" w:rsidP="000320B5">
      <w:pPr>
        <w:spacing w:after="0" w:line="240" w:lineRule="auto"/>
      </w:pPr>
      <w:r>
        <w:separator/>
      </w:r>
    </w:p>
  </w:endnote>
  <w:endnote w:type="continuationSeparator" w:id="0">
    <w:p w14:paraId="5E125328" w14:textId="77777777" w:rsidR="00825BFC" w:rsidRDefault="00825BFC" w:rsidP="00032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2B9FE" w14:textId="77777777" w:rsidR="00825BFC" w:rsidRDefault="00825BFC" w:rsidP="000320B5">
      <w:pPr>
        <w:spacing w:after="0" w:line="240" w:lineRule="auto"/>
      </w:pPr>
      <w:r>
        <w:separator/>
      </w:r>
    </w:p>
  </w:footnote>
  <w:footnote w:type="continuationSeparator" w:id="0">
    <w:p w14:paraId="43F9915D" w14:textId="77777777" w:rsidR="00825BFC" w:rsidRDefault="00825BFC" w:rsidP="00032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137815">
    <w:abstractNumId w:val="8"/>
  </w:num>
  <w:num w:numId="2" w16cid:durableId="1616523292">
    <w:abstractNumId w:val="6"/>
  </w:num>
  <w:num w:numId="3" w16cid:durableId="1635913856">
    <w:abstractNumId w:val="5"/>
  </w:num>
  <w:num w:numId="4" w16cid:durableId="1362242965">
    <w:abstractNumId w:val="4"/>
  </w:num>
  <w:num w:numId="5" w16cid:durableId="1569878866">
    <w:abstractNumId w:val="7"/>
  </w:num>
  <w:num w:numId="6" w16cid:durableId="93475601">
    <w:abstractNumId w:val="3"/>
  </w:num>
  <w:num w:numId="7" w16cid:durableId="34935170">
    <w:abstractNumId w:val="2"/>
  </w:num>
  <w:num w:numId="8" w16cid:durableId="1364668818">
    <w:abstractNumId w:val="1"/>
  </w:num>
  <w:num w:numId="9" w16cid:durableId="1558128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0B5"/>
    <w:rsid w:val="00034616"/>
    <w:rsid w:val="0006063C"/>
    <w:rsid w:val="0015074B"/>
    <w:rsid w:val="0029639D"/>
    <w:rsid w:val="00323399"/>
    <w:rsid w:val="00326F90"/>
    <w:rsid w:val="003512B2"/>
    <w:rsid w:val="004921EF"/>
    <w:rsid w:val="004E1106"/>
    <w:rsid w:val="006C268F"/>
    <w:rsid w:val="006E6B7D"/>
    <w:rsid w:val="00825BFC"/>
    <w:rsid w:val="00856614"/>
    <w:rsid w:val="008C3709"/>
    <w:rsid w:val="009140AF"/>
    <w:rsid w:val="009E0540"/>
    <w:rsid w:val="00A30988"/>
    <w:rsid w:val="00A4282D"/>
    <w:rsid w:val="00AA1D8D"/>
    <w:rsid w:val="00B47730"/>
    <w:rsid w:val="00C327D2"/>
    <w:rsid w:val="00C42679"/>
    <w:rsid w:val="00CB0664"/>
    <w:rsid w:val="00CE4FCB"/>
    <w:rsid w:val="00D30354"/>
    <w:rsid w:val="00DC7A30"/>
    <w:rsid w:val="00FC693F"/>
    <w:rsid w:val="00FE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F67F0D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9140AF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9140AF"/>
    <w:rPr>
      <w:color w:val="605E5C"/>
      <w:shd w:val="clear" w:color="auto" w:fill="E1DFDD"/>
    </w:rPr>
  </w:style>
  <w:style w:type="paragraph" w:styleId="Web">
    <w:name w:val="Normal (Web)"/>
    <w:basedOn w:val="a1"/>
    <w:uiPriority w:val="99"/>
    <w:semiHidden/>
    <w:unhideWhenUsed/>
    <w:rsid w:val="00CE4FC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2026-08-06T09:24:00Z</dcterms:created>
  <dcterms:modified xsi:type="dcterms:W3CDTF">2026-09-03T08:12:00Z</dcterms:modified>
  <cp:category/>
</cp:coreProperties>
</file>